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1DFD7" w14:textId="3EF314DA" w:rsidR="001600B7" w:rsidRDefault="001600B7" w:rsidP="0037291F">
      <w:pPr>
        <w:spacing w:after="80"/>
        <w:rPr>
          <w:b/>
          <w:color w:val="1F4E78"/>
          <w:sz w:val="36"/>
          <w:lang w:val="it-IT"/>
        </w:rPr>
      </w:pPr>
      <w:r>
        <w:rPr>
          <w:b/>
          <w:noProof/>
          <w:color w:val="1F4E78"/>
          <w:sz w:val="36"/>
          <w:lang w:val="it-IT"/>
        </w:rPr>
        <w:drawing>
          <wp:inline distT="0" distB="0" distL="0" distR="0" wp14:anchorId="0B7AAE50" wp14:editId="448BB6DD">
            <wp:extent cx="6029325" cy="1256030"/>
            <wp:effectExtent l="0" t="0" r="9525" b="1270"/>
            <wp:docPr id="87689965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1256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4343E4" w14:textId="5A783238" w:rsidR="00462A33" w:rsidRPr="001C46B2" w:rsidRDefault="00A7051D" w:rsidP="00DF56DD">
      <w:pPr>
        <w:spacing w:after="80"/>
        <w:jc w:val="both"/>
        <w:rPr>
          <w:lang w:val="it-IT"/>
        </w:rPr>
      </w:pPr>
      <w:r w:rsidRPr="001C46B2">
        <w:rPr>
          <w:b/>
          <w:color w:val="1F4E78"/>
          <w:sz w:val="36"/>
          <w:lang w:val="it-IT"/>
        </w:rPr>
        <w:t>PROPOSTE SOGGIORNI LINGUISTICI E CULTURALI ALL'ESTERO</w:t>
      </w:r>
    </w:p>
    <w:p w14:paraId="227912EC" w14:textId="77777777" w:rsidR="0037291F" w:rsidRDefault="0037291F">
      <w:pPr>
        <w:spacing w:before="200" w:after="120"/>
        <w:rPr>
          <w:b/>
          <w:color w:val="1F4E78"/>
          <w:sz w:val="28"/>
          <w:lang w:val="it-IT"/>
        </w:rPr>
      </w:pPr>
    </w:p>
    <w:p w14:paraId="05906EDA" w14:textId="1F1AC595" w:rsidR="00462A33" w:rsidRPr="0037291F" w:rsidRDefault="00A7051D">
      <w:pPr>
        <w:spacing w:before="200" w:after="120"/>
        <w:rPr>
          <w:lang w:val="it-IT"/>
        </w:rPr>
      </w:pPr>
      <w:r w:rsidRPr="0037291F">
        <w:rPr>
          <w:b/>
          <w:color w:val="1F4E78"/>
          <w:sz w:val="28"/>
          <w:lang w:val="it-IT"/>
        </w:rPr>
        <w:t xml:space="preserve">Tabella Comparativa delle </w:t>
      </w:r>
      <w:r w:rsidR="0037291F">
        <w:rPr>
          <w:b/>
          <w:color w:val="1F4E78"/>
          <w:sz w:val="28"/>
          <w:lang w:val="it-IT"/>
        </w:rPr>
        <w:t xml:space="preserve">destinazioni </w:t>
      </w:r>
      <w:r w:rsidR="005A01A7">
        <w:rPr>
          <w:b/>
          <w:color w:val="1F4E78"/>
          <w:sz w:val="28"/>
          <w:lang w:val="it-IT"/>
        </w:rPr>
        <w:t xml:space="preserve">(Francia, </w:t>
      </w:r>
      <w:r w:rsidR="0037291F">
        <w:rPr>
          <w:b/>
          <w:color w:val="1F4E78"/>
          <w:sz w:val="28"/>
          <w:lang w:val="it-IT"/>
        </w:rPr>
        <w:t>Scozia</w:t>
      </w:r>
      <w:r w:rsidR="005A01A7">
        <w:rPr>
          <w:b/>
          <w:color w:val="1F4E78"/>
          <w:sz w:val="28"/>
          <w:lang w:val="it-IT"/>
        </w:rPr>
        <w:t>, Spagna)</w:t>
      </w:r>
    </w:p>
    <w:tbl>
      <w:tblPr>
        <w:tblW w:w="0" w:type="auto"/>
        <w:jc w:val="center"/>
        <w:tblBorders>
          <w:top w:val="single" w:sz="4" w:space="0" w:color="D3D3D3"/>
          <w:bottom w:val="single" w:sz="8" w:space="0" w:color="1F4E78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2448"/>
        <w:gridCol w:w="2520"/>
        <w:gridCol w:w="2520"/>
      </w:tblGrid>
      <w:tr w:rsidR="00462A33" w14:paraId="26CF4E5D" w14:textId="77777777">
        <w:trPr>
          <w:jc w:val="center"/>
        </w:trPr>
        <w:tc>
          <w:tcPr>
            <w:tcW w:w="2160" w:type="dxa"/>
            <w:shd w:val="clear" w:color="auto" w:fill="1F4E7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95FB0" w14:textId="77777777" w:rsidR="00462A33" w:rsidRDefault="00A7051D">
            <w:pPr>
              <w:jc w:val="center"/>
            </w:pPr>
            <w:r>
              <w:rPr>
                <w:b/>
                <w:color w:val="FFFFFF"/>
                <w:sz w:val="20"/>
              </w:rPr>
              <w:t xml:space="preserve">Dato / </w:t>
            </w:r>
            <w:proofErr w:type="spellStart"/>
            <w:r>
              <w:rPr>
                <w:b/>
                <w:color w:val="FFFFFF"/>
                <w:sz w:val="20"/>
              </w:rPr>
              <w:t>Criterio</w:t>
            </w:r>
            <w:proofErr w:type="spellEnd"/>
          </w:p>
        </w:tc>
        <w:tc>
          <w:tcPr>
            <w:tcW w:w="2448" w:type="dxa"/>
            <w:shd w:val="clear" w:color="auto" w:fill="1F4E7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8A925" w14:textId="77777777" w:rsidR="00462A33" w:rsidRDefault="00A7051D">
            <w:pPr>
              <w:jc w:val="center"/>
            </w:pPr>
            <w:r>
              <w:rPr>
                <w:b/>
                <w:color w:val="FFFFFF"/>
                <w:sz w:val="20"/>
              </w:rPr>
              <w:t>Spagna (Siviglia)</w:t>
            </w:r>
          </w:p>
        </w:tc>
        <w:tc>
          <w:tcPr>
            <w:tcW w:w="2520" w:type="dxa"/>
            <w:shd w:val="clear" w:color="auto" w:fill="1F4E7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DD1DA" w14:textId="77777777" w:rsidR="00462A33" w:rsidRDefault="00A7051D">
            <w:pPr>
              <w:jc w:val="center"/>
            </w:pPr>
            <w:r>
              <w:rPr>
                <w:b/>
                <w:color w:val="FFFFFF"/>
                <w:sz w:val="20"/>
              </w:rPr>
              <w:t>Francia (Costa Azzurra)</w:t>
            </w:r>
          </w:p>
        </w:tc>
        <w:tc>
          <w:tcPr>
            <w:tcW w:w="2520" w:type="dxa"/>
            <w:shd w:val="clear" w:color="auto" w:fill="1F4E7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850C4" w14:textId="77777777" w:rsidR="00462A33" w:rsidRDefault="00A7051D">
            <w:pPr>
              <w:jc w:val="center"/>
            </w:pPr>
            <w:proofErr w:type="spellStart"/>
            <w:r>
              <w:rPr>
                <w:b/>
                <w:color w:val="FFFFFF"/>
                <w:sz w:val="20"/>
              </w:rPr>
              <w:t>Scozia</w:t>
            </w:r>
            <w:proofErr w:type="spellEnd"/>
            <w:r>
              <w:rPr>
                <w:b/>
                <w:color w:val="FFFFFF"/>
                <w:sz w:val="20"/>
              </w:rPr>
              <w:t xml:space="preserve"> (</w:t>
            </w:r>
            <w:proofErr w:type="spellStart"/>
            <w:r>
              <w:rPr>
                <w:b/>
                <w:color w:val="FFFFFF"/>
                <w:sz w:val="20"/>
              </w:rPr>
              <w:t>Edimburgo</w:t>
            </w:r>
            <w:proofErr w:type="spellEnd"/>
            <w:r>
              <w:rPr>
                <w:b/>
                <w:color w:val="FFFFFF"/>
                <w:sz w:val="20"/>
              </w:rPr>
              <w:t>)</w:t>
            </w:r>
          </w:p>
        </w:tc>
      </w:tr>
      <w:tr w:rsidR="00462A33" w14:paraId="09BD368D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9FE137C" w14:textId="77777777" w:rsidR="00462A33" w:rsidRDefault="00A7051D">
            <w:pPr>
              <w:spacing w:after="0" w:line="264" w:lineRule="auto"/>
            </w:pPr>
            <w:r>
              <w:rPr>
                <w:b/>
                <w:color w:val="1F4E78"/>
                <w:sz w:val="19"/>
              </w:rPr>
              <w:t xml:space="preserve">1. </w:t>
            </w:r>
            <w:proofErr w:type="spellStart"/>
            <w:r>
              <w:rPr>
                <w:b/>
                <w:color w:val="1F4E78"/>
                <w:sz w:val="19"/>
              </w:rPr>
              <w:t>Destinazione</w:t>
            </w:r>
            <w:proofErr w:type="spellEnd"/>
          </w:p>
        </w:tc>
        <w:tc>
          <w:tcPr>
            <w:tcW w:w="244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33E63C0" w14:textId="77777777" w:rsidR="00462A33" w:rsidRDefault="00A7051D">
            <w:pPr>
              <w:spacing w:after="0" w:line="264" w:lineRule="auto"/>
            </w:pPr>
            <w:r>
              <w:rPr>
                <w:sz w:val="19"/>
              </w:rPr>
              <w:t>Siviglia (Sevilla), Spagna</w:t>
            </w:r>
          </w:p>
        </w:tc>
        <w:tc>
          <w:tcPr>
            <w:tcW w:w="252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B857F37" w14:textId="77777777" w:rsidR="00462A33" w:rsidRPr="001C46B2" w:rsidRDefault="00A7051D">
            <w:pPr>
              <w:spacing w:after="0" w:line="264" w:lineRule="auto"/>
              <w:rPr>
                <w:lang w:val="it-IT"/>
              </w:rPr>
            </w:pPr>
            <w:r w:rsidRPr="001C46B2">
              <w:rPr>
                <w:sz w:val="19"/>
                <w:lang w:val="it-IT"/>
              </w:rPr>
              <w:t xml:space="preserve">Costa </w:t>
            </w:r>
            <w:r w:rsidRPr="001C46B2">
              <w:rPr>
                <w:sz w:val="19"/>
                <w:lang w:val="it-IT"/>
              </w:rPr>
              <w:t>Azzurra (Nizza / Antibes), Francia</w:t>
            </w:r>
          </w:p>
        </w:tc>
        <w:tc>
          <w:tcPr>
            <w:tcW w:w="252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B6E18E1" w14:textId="77777777" w:rsidR="00462A33" w:rsidRDefault="00A7051D">
            <w:pPr>
              <w:spacing w:after="0" w:line="264" w:lineRule="auto"/>
            </w:pPr>
            <w:proofErr w:type="spellStart"/>
            <w:r>
              <w:rPr>
                <w:sz w:val="19"/>
              </w:rPr>
              <w:t>Edimburgo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Scozia</w:t>
            </w:r>
            <w:proofErr w:type="spellEnd"/>
          </w:p>
        </w:tc>
      </w:tr>
      <w:tr w:rsidR="00462A33" w14:paraId="24C360C9" w14:textId="77777777">
        <w:trPr>
          <w:jc w:val="center"/>
        </w:trPr>
        <w:tc>
          <w:tcPr>
            <w:tcW w:w="2160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AE26549" w14:textId="77777777" w:rsidR="00462A33" w:rsidRDefault="00A7051D">
            <w:pPr>
              <w:spacing w:after="0" w:line="264" w:lineRule="auto"/>
            </w:pPr>
            <w:r>
              <w:rPr>
                <w:b/>
                <w:color w:val="1F4E78"/>
                <w:sz w:val="19"/>
              </w:rPr>
              <w:t xml:space="preserve">2. </w:t>
            </w:r>
            <w:proofErr w:type="spellStart"/>
            <w:r>
              <w:rPr>
                <w:b/>
                <w:color w:val="1F4E78"/>
                <w:sz w:val="19"/>
              </w:rPr>
              <w:t>Periodo</w:t>
            </w:r>
            <w:proofErr w:type="spellEnd"/>
            <w:r>
              <w:rPr>
                <w:b/>
                <w:color w:val="1F4E78"/>
                <w:sz w:val="19"/>
              </w:rPr>
              <w:t xml:space="preserve"> e </w:t>
            </w:r>
            <w:proofErr w:type="spellStart"/>
            <w:r>
              <w:rPr>
                <w:b/>
                <w:color w:val="1F4E78"/>
                <w:sz w:val="19"/>
              </w:rPr>
              <w:t>Durata</w:t>
            </w:r>
            <w:proofErr w:type="spellEnd"/>
          </w:p>
        </w:tc>
        <w:tc>
          <w:tcPr>
            <w:tcW w:w="2448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A5485DA" w14:textId="77777777" w:rsidR="00462A33" w:rsidRDefault="00A7051D">
            <w:pPr>
              <w:spacing w:after="0" w:line="264" w:lineRule="auto"/>
            </w:pPr>
            <w:r>
              <w:rPr>
                <w:sz w:val="19"/>
              </w:rPr>
              <w:t>07 - 14 Marzo 2027</w:t>
            </w:r>
            <w:r>
              <w:rPr>
                <w:sz w:val="19"/>
              </w:rPr>
              <w:br/>
              <w:t xml:space="preserve">(7 </w:t>
            </w:r>
            <w:proofErr w:type="spellStart"/>
            <w:r>
              <w:rPr>
                <w:sz w:val="19"/>
              </w:rPr>
              <w:t>notti</w:t>
            </w:r>
            <w:proofErr w:type="spellEnd"/>
            <w:r>
              <w:rPr>
                <w:sz w:val="19"/>
              </w:rPr>
              <w:t xml:space="preserve"> / 8 </w:t>
            </w:r>
            <w:proofErr w:type="spellStart"/>
            <w:r>
              <w:rPr>
                <w:sz w:val="19"/>
              </w:rPr>
              <w:t>giorni</w:t>
            </w:r>
            <w:proofErr w:type="spellEnd"/>
            <w:r>
              <w:rPr>
                <w:sz w:val="19"/>
              </w:rPr>
              <w:t>)</w:t>
            </w:r>
          </w:p>
        </w:tc>
        <w:tc>
          <w:tcPr>
            <w:tcW w:w="2520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79FB7FD" w14:textId="77777777" w:rsidR="00462A33" w:rsidRPr="001C46B2" w:rsidRDefault="00A7051D">
            <w:pPr>
              <w:spacing w:after="0" w:line="264" w:lineRule="auto"/>
              <w:rPr>
                <w:lang w:val="it-IT"/>
              </w:rPr>
            </w:pPr>
            <w:r w:rsidRPr="001C46B2">
              <w:rPr>
                <w:sz w:val="19"/>
                <w:lang w:val="it-IT"/>
              </w:rPr>
              <w:t>Tra il 20 marzo e il 20 aprile</w:t>
            </w:r>
            <w:r w:rsidRPr="001C46B2">
              <w:rPr>
                <w:sz w:val="19"/>
                <w:lang w:val="it-IT"/>
              </w:rPr>
              <w:br/>
              <w:t>(~1 sett., 6/7 notti)</w:t>
            </w:r>
          </w:p>
        </w:tc>
        <w:tc>
          <w:tcPr>
            <w:tcW w:w="2520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5623CCE" w14:textId="77777777" w:rsidR="00462A33" w:rsidRDefault="00A7051D">
            <w:pPr>
              <w:spacing w:after="0" w:line="264" w:lineRule="auto"/>
            </w:pPr>
            <w:r>
              <w:rPr>
                <w:sz w:val="19"/>
              </w:rPr>
              <w:t>09 - 16 Aprile 2027</w:t>
            </w:r>
            <w:r>
              <w:rPr>
                <w:sz w:val="19"/>
              </w:rPr>
              <w:br/>
              <w:t xml:space="preserve">(7 </w:t>
            </w:r>
            <w:proofErr w:type="spellStart"/>
            <w:r>
              <w:rPr>
                <w:sz w:val="19"/>
              </w:rPr>
              <w:t>notti</w:t>
            </w:r>
            <w:proofErr w:type="spellEnd"/>
            <w:r>
              <w:rPr>
                <w:sz w:val="19"/>
              </w:rPr>
              <w:t xml:space="preserve"> / 8 </w:t>
            </w:r>
            <w:proofErr w:type="spellStart"/>
            <w:r>
              <w:rPr>
                <w:sz w:val="19"/>
              </w:rPr>
              <w:t>giorni</w:t>
            </w:r>
            <w:proofErr w:type="spellEnd"/>
            <w:r>
              <w:rPr>
                <w:sz w:val="19"/>
              </w:rPr>
              <w:t>)</w:t>
            </w:r>
          </w:p>
        </w:tc>
      </w:tr>
      <w:tr w:rsidR="00462A33" w:rsidRPr="001600B7" w14:paraId="7B9878C2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664D077" w14:textId="77777777" w:rsidR="00462A33" w:rsidRDefault="00A7051D">
            <w:pPr>
              <w:spacing w:after="0" w:line="264" w:lineRule="auto"/>
            </w:pPr>
            <w:r>
              <w:rPr>
                <w:b/>
                <w:color w:val="1F4E78"/>
                <w:sz w:val="19"/>
              </w:rPr>
              <w:t xml:space="preserve">3. </w:t>
            </w:r>
            <w:proofErr w:type="spellStart"/>
            <w:r>
              <w:rPr>
                <w:b/>
                <w:color w:val="1F4E78"/>
                <w:sz w:val="19"/>
              </w:rPr>
              <w:t>Lezioni</w:t>
            </w:r>
            <w:proofErr w:type="spellEnd"/>
            <w:r>
              <w:rPr>
                <w:b/>
                <w:color w:val="1F4E78"/>
                <w:sz w:val="19"/>
              </w:rPr>
              <w:t xml:space="preserve"> e Corso</w:t>
            </w:r>
          </w:p>
        </w:tc>
        <w:tc>
          <w:tcPr>
            <w:tcW w:w="244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49E5015" w14:textId="77777777" w:rsidR="00462A33" w:rsidRDefault="00A7051D">
            <w:pPr>
              <w:spacing w:after="0" w:line="264" w:lineRule="auto"/>
            </w:pPr>
            <w:r w:rsidRPr="001C46B2">
              <w:rPr>
                <w:sz w:val="19"/>
                <w:lang w:val="it-IT"/>
              </w:rPr>
              <w:t xml:space="preserve">20 ore/sett. (da 55 min) in gruppi chiusi. </w:t>
            </w:r>
            <w:proofErr w:type="spellStart"/>
            <w:r>
              <w:rPr>
                <w:sz w:val="19"/>
              </w:rPr>
              <w:t>Attestato</w:t>
            </w:r>
            <w:proofErr w:type="spellEnd"/>
            <w:r>
              <w:rPr>
                <w:sz w:val="19"/>
              </w:rPr>
              <w:t xml:space="preserve"> finale.</w:t>
            </w:r>
          </w:p>
        </w:tc>
        <w:tc>
          <w:tcPr>
            <w:tcW w:w="252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872EA02" w14:textId="77777777" w:rsidR="00462A33" w:rsidRDefault="00A7051D">
            <w:pPr>
              <w:spacing w:after="0" w:line="264" w:lineRule="auto"/>
            </w:pPr>
            <w:r w:rsidRPr="001C46B2">
              <w:rPr>
                <w:sz w:val="19"/>
                <w:lang w:val="it-IT"/>
              </w:rPr>
              <w:t xml:space="preserve">20 lezioni (da 45 min) di lingua e cultura. </w:t>
            </w:r>
            <w:proofErr w:type="spellStart"/>
            <w:r>
              <w:rPr>
                <w:sz w:val="19"/>
              </w:rPr>
              <w:t>Certificat</w:t>
            </w:r>
            <w:proofErr w:type="spellEnd"/>
            <w:r>
              <w:rPr>
                <w:sz w:val="19"/>
              </w:rPr>
              <w:t xml:space="preserve"> de </w:t>
            </w:r>
            <w:proofErr w:type="spellStart"/>
            <w:r>
              <w:rPr>
                <w:sz w:val="19"/>
              </w:rPr>
              <w:t>Français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52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B8800EF" w14:textId="7205D64B" w:rsidR="00462A33" w:rsidRPr="001C46B2" w:rsidRDefault="00A7051D">
            <w:pPr>
              <w:spacing w:after="0" w:line="264" w:lineRule="auto"/>
              <w:rPr>
                <w:lang w:val="it-IT"/>
              </w:rPr>
            </w:pPr>
            <w:r w:rsidRPr="00DF56DD">
              <w:rPr>
                <w:sz w:val="19"/>
              </w:rPr>
              <w:t>20 lezioni/sett., test online, materiale e attestato.</w:t>
            </w:r>
          </w:p>
        </w:tc>
      </w:tr>
      <w:tr w:rsidR="00462A33" w14:paraId="3688BCB3" w14:textId="77777777">
        <w:trPr>
          <w:jc w:val="center"/>
        </w:trPr>
        <w:tc>
          <w:tcPr>
            <w:tcW w:w="2160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35DA390" w14:textId="77777777" w:rsidR="00462A33" w:rsidRDefault="00A7051D">
            <w:pPr>
              <w:spacing w:after="0" w:line="264" w:lineRule="auto"/>
            </w:pPr>
            <w:r>
              <w:rPr>
                <w:b/>
                <w:color w:val="1F4E78"/>
                <w:sz w:val="19"/>
              </w:rPr>
              <w:t>4. Scuola Partner</w:t>
            </w:r>
          </w:p>
        </w:tc>
        <w:tc>
          <w:tcPr>
            <w:tcW w:w="2448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A58932B" w14:textId="77777777" w:rsidR="00462A33" w:rsidRDefault="00A7051D">
            <w:pPr>
              <w:spacing w:after="0" w:line="264" w:lineRule="auto"/>
            </w:pPr>
            <w:proofErr w:type="spellStart"/>
            <w:r>
              <w:rPr>
                <w:sz w:val="19"/>
              </w:rPr>
              <w:t>Giralda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In&amp;Out</w:t>
            </w:r>
            <w:proofErr w:type="spellEnd"/>
            <w:r>
              <w:rPr>
                <w:sz w:val="19"/>
              </w:rPr>
              <w:t xml:space="preserve"> (</w:t>
            </w:r>
            <w:proofErr w:type="spellStart"/>
            <w:r>
              <w:rPr>
                <w:sz w:val="19"/>
              </w:rPr>
              <w:t>Siviglia</w:t>
            </w:r>
            <w:proofErr w:type="spellEnd"/>
            <w:r>
              <w:rPr>
                <w:sz w:val="19"/>
              </w:rPr>
              <w:t>)</w:t>
            </w:r>
          </w:p>
        </w:tc>
        <w:tc>
          <w:tcPr>
            <w:tcW w:w="2520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312B9E2" w14:textId="77777777" w:rsidR="00462A33" w:rsidRDefault="00A7051D">
            <w:pPr>
              <w:spacing w:after="0" w:line="264" w:lineRule="auto"/>
            </w:pPr>
            <w:proofErr w:type="spellStart"/>
            <w:r>
              <w:rPr>
                <w:sz w:val="19"/>
              </w:rPr>
              <w:t>Scuola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accreditata</w:t>
            </w:r>
            <w:proofErr w:type="spellEnd"/>
            <w:r>
              <w:rPr>
                <w:sz w:val="19"/>
              </w:rPr>
              <w:t xml:space="preserve"> Alliance </w:t>
            </w:r>
            <w:proofErr w:type="spellStart"/>
            <w:r>
              <w:rPr>
                <w:sz w:val="19"/>
              </w:rPr>
              <w:t>Française</w:t>
            </w:r>
            <w:proofErr w:type="spellEnd"/>
          </w:p>
        </w:tc>
        <w:tc>
          <w:tcPr>
            <w:tcW w:w="2520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071BDBC" w14:textId="77777777" w:rsidR="00462A33" w:rsidRDefault="00A7051D">
            <w:pPr>
              <w:spacing w:after="0" w:line="264" w:lineRule="auto"/>
            </w:pPr>
            <w:r>
              <w:rPr>
                <w:sz w:val="19"/>
              </w:rPr>
              <w:t xml:space="preserve">British Study </w:t>
            </w:r>
            <w:proofErr w:type="spellStart"/>
            <w:r>
              <w:rPr>
                <w:sz w:val="19"/>
              </w:rPr>
              <w:t>Centres</w:t>
            </w:r>
            <w:proofErr w:type="spellEnd"/>
            <w:r>
              <w:rPr>
                <w:sz w:val="19"/>
              </w:rPr>
              <w:t xml:space="preserve"> (26 Palmerston Place)</w:t>
            </w:r>
          </w:p>
        </w:tc>
      </w:tr>
      <w:tr w:rsidR="00462A33" w:rsidRPr="001600B7" w14:paraId="579B1A79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6BBEBFB" w14:textId="77777777" w:rsidR="00462A33" w:rsidRDefault="00A7051D">
            <w:pPr>
              <w:spacing w:after="0" w:line="264" w:lineRule="auto"/>
            </w:pPr>
            <w:r>
              <w:rPr>
                <w:b/>
                <w:color w:val="1F4E78"/>
                <w:sz w:val="19"/>
              </w:rPr>
              <w:t xml:space="preserve">5. </w:t>
            </w:r>
            <w:proofErr w:type="spellStart"/>
            <w:r>
              <w:rPr>
                <w:b/>
                <w:color w:val="1F4E78"/>
                <w:sz w:val="19"/>
              </w:rPr>
              <w:t>Escursioni</w:t>
            </w:r>
            <w:proofErr w:type="spellEnd"/>
            <w:r>
              <w:rPr>
                <w:b/>
                <w:color w:val="1F4E78"/>
                <w:sz w:val="19"/>
              </w:rPr>
              <w:t xml:space="preserve"> e </w:t>
            </w:r>
            <w:proofErr w:type="spellStart"/>
            <w:r>
              <w:rPr>
                <w:b/>
                <w:color w:val="1F4E78"/>
                <w:sz w:val="19"/>
              </w:rPr>
              <w:t>Attività</w:t>
            </w:r>
            <w:proofErr w:type="spellEnd"/>
          </w:p>
        </w:tc>
        <w:tc>
          <w:tcPr>
            <w:tcW w:w="244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258C490" w14:textId="77777777" w:rsidR="00462A33" w:rsidRPr="001C46B2" w:rsidRDefault="00A7051D">
            <w:pPr>
              <w:spacing w:after="0" w:line="264" w:lineRule="auto"/>
              <w:rPr>
                <w:lang w:val="it-IT"/>
              </w:rPr>
            </w:pPr>
            <w:r w:rsidRPr="001C46B2">
              <w:rPr>
                <w:sz w:val="19"/>
                <w:lang w:val="it-IT"/>
              </w:rPr>
              <w:t>7 passeggiate culturali con tutor + Visita Alcázar (€15 extra).</w:t>
            </w:r>
          </w:p>
        </w:tc>
        <w:tc>
          <w:tcPr>
            <w:tcW w:w="252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279B3FD" w14:textId="77777777" w:rsidR="00462A33" w:rsidRPr="001C46B2" w:rsidRDefault="00A7051D">
            <w:pPr>
              <w:spacing w:after="0" w:line="264" w:lineRule="auto"/>
              <w:rPr>
                <w:lang w:val="it-IT"/>
              </w:rPr>
            </w:pPr>
            <w:r w:rsidRPr="001C46B2">
              <w:rPr>
                <w:sz w:val="19"/>
                <w:lang w:val="it-IT"/>
              </w:rPr>
              <w:t>Visita Antibes e Museo Picasso, Nizza e/o Cannes, 2 serate ricreative.</w:t>
            </w:r>
          </w:p>
        </w:tc>
        <w:tc>
          <w:tcPr>
            <w:tcW w:w="252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1FAA510" w14:textId="235B7C8B" w:rsidR="00462A33" w:rsidRPr="001C46B2" w:rsidRDefault="001C46B2">
            <w:pPr>
              <w:spacing w:after="0" w:line="264" w:lineRule="auto"/>
              <w:rPr>
                <w:lang w:val="it-IT"/>
              </w:rPr>
            </w:pPr>
            <w:r>
              <w:rPr>
                <w:sz w:val="19"/>
                <w:lang w:val="it-IT"/>
              </w:rPr>
              <w:t xml:space="preserve">1 intera giornata </w:t>
            </w:r>
            <w:r w:rsidR="00C26096">
              <w:rPr>
                <w:sz w:val="19"/>
                <w:lang w:val="it-IT"/>
              </w:rPr>
              <w:t>Edimburgo</w:t>
            </w:r>
            <w:r w:rsidRPr="001C46B2">
              <w:rPr>
                <w:sz w:val="19"/>
                <w:lang w:val="it-IT"/>
              </w:rPr>
              <w:t xml:space="preserve"> (Museo Naz. e Castello) + 1 intera giornata (Stirling &amp; Loch Lomond)</w:t>
            </w:r>
            <w:r w:rsidR="00B92B20">
              <w:rPr>
                <w:sz w:val="19"/>
                <w:lang w:val="it-IT"/>
              </w:rPr>
              <w:t xml:space="preserve"> + mezza giornata da definire</w:t>
            </w:r>
          </w:p>
        </w:tc>
      </w:tr>
      <w:tr w:rsidR="00462A33" w:rsidRPr="005A01A7" w14:paraId="24E98D96" w14:textId="77777777">
        <w:trPr>
          <w:jc w:val="center"/>
        </w:trPr>
        <w:tc>
          <w:tcPr>
            <w:tcW w:w="2160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453859F" w14:textId="77777777" w:rsidR="00462A33" w:rsidRDefault="00A7051D">
            <w:pPr>
              <w:spacing w:after="0" w:line="264" w:lineRule="auto"/>
            </w:pPr>
            <w:r>
              <w:rPr>
                <w:b/>
                <w:color w:val="1F4E78"/>
                <w:sz w:val="19"/>
              </w:rPr>
              <w:t xml:space="preserve">6. </w:t>
            </w:r>
            <w:proofErr w:type="spellStart"/>
            <w:r>
              <w:rPr>
                <w:b/>
                <w:color w:val="1F4E78"/>
                <w:sz w:val="19"/>
              </w:rPr>
              <w:t>Vitto</w:t>
            </w:r>
            <w:proofErr w:type="spellEnd"/>
            <w:r>
              <w:rPr>
                <w:b/>
                <w:color w:val="1F4E78"/>
                <w:sz w:val="19"/>
              </w:rPr>
              <w:t xml:space="preserve"> e </w:t>
            </w:r>
            <w:proofErr w:type="spellStart"/>
            <w:r>
              <w:rPr>
                <w:b/>
                <w:color w:val="1F4E78"/>
                <w:sz w:val="19"/>
              </w:rPr>
              <w:t>Alloggio</w:t>
            </w:r>
            <w:proofErr w:type="spellEnd"/>
          </w:p>
        </w:tc>
        <w:tc>
          <w:tcPr>
            <w:tcW w:w="2448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33A13A8" w14:textId="5C119417" w:rsidR="00462A33" w:rsidRPr="005A01A7" w:rsidRDefault="00A7051D">
            <w:pPr>
              <w:spacing w:after="0" w:line="264" w:lineRule="auto"/>
              <w:rPr>
                <w:lang w:val="it-IT"/>
              </w:rPr>
            </w:pPr>
            <w:r w:rsidRPr="001C46B2">
              <w:rPr>
                <w:sz w:val="19"/>
                <w:lang w:val="it-IT"/>
              </w:rPr>
              <w:t>Famigli</w:t>
            </w:r>
            <w:r w:rsidR="005A01A7">
              <w:rPr>
                <w:sz w:val="19"/>
                <w:lang w:val="it-IT"/>
              </w:rPr>
              <w:t>e accuratamente selezionate</w:t>
            </w:r>
            <w:r w:rsidRPr="001C46B2">
              <w:rPr>
                <w:sz w:val="19"/>
                <w:lang w:val="it-IT"/>
              </w:rPr>
              <w:t xml:space="preserve"> (camere doppie/triple, bagno </w:t>
            </w:r>
            <w:proofErr w:type="spellStart"/>
            <w:r w:rsidRPr="001C46B2">
              <w:rPr>
                <w:sz w:val="19"/>
                <w:lang w:val="it-IT"/>
              </w:rPr>
              <w:t>cond.</w:t>
            </w:r>
            <w:proofErr w:type="spellEnd"/>
            <w:r w:rsidRPr="001C46B2">
              <w:rPr>
                <w:sz w:val="19"/>
                <w:lang w:val="it-IT"/>
              </w:rPr>
              <w:t xml:space="preserve">). </w:t>
            </w:r>
            <w:r w:rsidRPr="005A01A7">
              <w:rPr>
                <w:sz w:val="19"/>
                <w:lang w:val="it-IT"/>
              </w:rPr>
              <w:t>Pensione completa.</w:t>
            </w:r>
          </w:p>
        </w:tc>
        <w:tc>
          <w:tcPr>
            <w:tcW w:w="2520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610E747" w14:textId="77777777" w:rsidR="00462A33" w:rsidRPr="001C46B2" w:rsidRDefault="00A7051D">
            <w:pPr>
              <w:spacing w:after="0" w:line="264" w:lineRule="auto"/>
              <w:rPr>
                <w:lang w:val="it-IT"/>
              </w:rPr>
            </w:pPr>
            <w:r w:rsidRPr="001C46B2">
              <w:rPr>
                <w:sz w:val="19"/>
                <w:lang w:val="it-IT"/>
              </w:rPr>
              <w:t>Residence (camera doppia). Pensione completa (</w:t>
            </w:r>
            <w:proofErr w:type="spellStart"/>
            <w:r w:rsidRPr="001C46B2">
              <w:rPr>
                <w:sz w:val="19"/>
                <w:lang w:val="it-IT"/>
              </w:rPr>
              <w:t>panier</w:t>
            </w:r>
            <w:proofErr w:type="spellEnd"/>
            <w:r w:rsidRPr="001C46B2">
              <w:rPr>
                <w:sz w:val="19"/>
                <w:lang w:val="it-IT"/>
              </w:rPr>
              <w:t xml:space="preserve"> </w:t>
            </w:r>
            <w:proofErr w:type="spellStart"/>
            <w:r w:rsidRPr="001C46B2">
              <w:rPr>
                <w:sz w:val="19"/>
                <w:lang w:val="it-IT"/>
              </w:rPr>
              <w:t>repas</w:t>
            </w:r>
            <w:proofErr w:type="spellEnd"/>
            <w:r w:rsidRPr="001C46B2">
              <w:rPr>
                <w:sz w:val="19"/>
                <w:lang w:val="it-IT"/>
              </w:rPr>
              <w:t>).</w:t>
            </w:r>
          </w:p>
        </w:tc>
        <w:tc>
          <w:tcPr>
            <w:tcW w:w="2520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1856110" w14:textId="4299DAA4" w:rsidR="00462A33" w:rsidRPr="005A01A7" w:rsidRDefault="00A7051D">
            <w:pPr>
              <w:spacing w:after="0" w:line="264" w:lineRule="auto"/>
              <w:rPr>
                <w:lang w:val="it-IT"/>
              </w:rPr>
            </w:pPr>
            <w:r w:rsidRPr="001C46B2">
              <w:rPr>
                <w:sz w:val="19"/>
                <w:lang w:val="it-IT"/>
              </w:rPr>
              <w:t>Famigli</w:t>
            </w:r>
            <w:r w:rsidR="005A01A7">
              <w:rPr>
                <w:sz w:val="19"/>
                <w:lang w:val="it-IT"/>
              </w:rPr>
              <w:t>e accuratamente selezionate</w:t>
            </w:r>
            <w:r w:rsidRPr="001C46B2">
              <w:rPr>
                <w:sz w:val="19"/>
                <w:lang w:val="it-IT"/>
              </w:rPr>
              <w:t xml:space="preserve"> (camere doppi/triple/</w:t>
            </w:r>
            <w:proofErr w:type="spellStart"/>
            <w:r w:rsidRPr="001C46B2">
              <w:rPr>
                <w:sz w:val="19"/>
                <w:lang w:val="it-IT"/>
              </w:rPr>
              <w:t>mult</w:t>
            </w:r>
            <w:proofErr w:type="spellEnd"/>
            <w:r w:rsidRPr="001C46B2">
              <w:rPr>
                <w:sz w:val="19"/>
                <w:lang w:val="it-IT"/>
              </w:rPr>
              <w:t xml:space="preserve">., bagno </w:t>
            </w:r>
            <w:proofErr w:type="spellStart"/>
            <w:r w:rsidRPr="001C46B2">
              <w:rPr>
                <w:sz w:val="19"/>
                <w:lang w:val="it-IT"/>
              </w:rPr>
              <w:t>cond.</w:t>
            </w:r>
            <w:proofErr w:type="spellEnd"/>
            <w:r w:rsidRPr="001C46B2">
              <w:rPr>
                <w:sz w:val="19"/>
                <w:lang w:val="it-IT"/>
              </w:rPr>
              <w:t xml:space="preserve">). </w:t>
            </w:r>
            <w:r w:rsidRPr="005A01A7">
              <w:rPr>
                <w:sz w:val="19"/>
                <w:lang w:val="it-IT"/>
              </w:rPr>
              <w:t>Pensione completa.</w:t>
            </w:r>
          </w:p>
        </w:tc>
      </w:tr>
      <w:tr w:rsidR="00462A33" w:rsidRPr="001600B7" w14:paraId="1278E7D6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EE98730" w14:textId="77777777" w:rsidR="00462A33" w:rsidRDefault="00A7051D">
            <w:pPr>
              <w:spacing w:after="0" w:line="264" w:lineRule="auto"/>
            </w:pPr>
            <w:r>
              <w:rPr>
                <w:b/>
                <w:color w:val="1F4E78"/>
                <w:sz w:val="19"/>
              </w:rPr>
              <w:t xml:space="preserve">7. </w:t>
            </w:r>
            <w:proofErr w:type="spellStart"/>
            <w:r>
              <w:rPr>
                <w:b/>
                <w:color w:val="1F4E78"/>
                <w:sz w:val="19"/>
              </w:rPr>
              <w:t>Assicurazione</w:t>
            </w:r>
            <w:proofErr w:type="spellEnd"/>
          </w:p>
        </w:tc>
        <w:tc>
          <w:tcPr>
            <w:tcW w:w="244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FF41228" w14:textId="77777777" w:rsidR="00462A33" w:rsidRPr="001C46B2" w:rsidRDefault="00A7051D">
            <w:pPr>
              <w:spacing w:after="0" w:line="264" w:lineRule="auto"/>
              <w:rPr>
                <w:lang w:val="it-IT"/>
              </w:rPr>
            </w:pPr>
            <w:r w:rsidRPr="001C46B2">
              <w:rPr>
                <w:sz w:val="19"/>
                <w:lang w:val="it-IT"/>
              </w:rPr>
              <w:t>Inclusa: Annullamento, Spese Mediche (€5k), Bagaglio, Infortuni, Covid.</w:t>
            </w:r>
          </w:p>
        </w:tc>
        <w:tc>
          <w:tcPr>
            <w:tcW w:w="252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1695A93" w14:textId="77777777" w:rsidR="00462A33" w:rsidRPr="001C46B2" w:rsidRDefault="00A7051D">
            <w:pPr>
              <w:spacing w:after="0" w:line="264" w:lineRule="auto"/>
              <w:rPr>
                <w:lang w:val="it-IT"/>
              </w:rPr>
            </w:pPr>
            <w:r w:rsidRPr="001C46B2">
              <w:rPr>
                <w:sz w:val="19"/>
                <w:lang w:val="it-IT"/>
              </w:rPr>
              <w:t xml:space="preserve">Non </w:t>
            </w:r>
            <w:r w:rsidRPr="001C46B2">
              <w:rPr>
                <w:sz w:val="19"/>
                <w:lang w:val="it-IT"/>
              </w:rPr>
              <w:t>specificata nel documento di preventivo.</w:t>
            </w:r>
          </w:p>
        </w:tc>
        <w:tc>
          <w:tcPr>
            <w:tcW w:w="252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1C4B5A3" w14:textId="77777777" w:rsidR="00462A33" w:rsidRPr="001C46B2" w:rsidRDefault="00A7051D">
            <w:pPr>
              <w:spacing w:after="0" w:line="264" w:lineRule="auto"/>
              <w:rPr>
                <w:lang w:val="it-IT"/>
              </w:rPr>
            </w:pPr>
            <w:r w:rsidRPr="001C46B2">
              <w:rPr>
                <w:sz w:val="19"/>
                <w:lang w:val="it-IT"/>
              </w:rPr>
              <w:t xml:space="preserve">Inclusa: RC/Infortuni </w:t>
            </w:r>
            <w:proofErr w:type="spellStart"/>
            <w:r w:rsidRPr="001C46B2">
              <w:rPr>
                <w:sz w:val="19"/>
                <w:lang w:val="it-IT"/>
              </w:rPr>
              <w:t>Unipolsai</w:t>
            </w:r>
            <w:proofErr w:type="spellEnd"/>
            <w:r w:rsidRPr="001C46B2">
              <w:rPr>
                <w:sz w:val="19"/>
                <w:lang w:val="it-IT"/>
              </w:rPr>
              <w:t>, Medico e Bagaglio Nobis.</w:t>
            </w:r>
          </w:p>
        </w:tc>
      </w:tr>
      <w:tr w:rsidR="00462A33" w14:paraId="45125033" w14:textId="77777777">
        <w:trPr>
          <w:jc w:val="center"/>
        </w:trPr>
        <w:tc>
          <w:tcPr>
            <w:tcW w:w="2160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362CA5E" w14:textId="77777777" w:rsidR="00462A33" w:rsidRPr="001C46B2" w:rsidRDefault="00A7051D">
            <w:pPr>
              <w:spacing w:after="0" w:line="264" w:lineRule="auto"/>
              <w:rPr>
                <w:lang w:val="it-IT"/>
              </w:rPr>
            </w:pPr>
            <w:r w:rsidRPr="001C46B2">
              <w:rPr>
                <w:b/>
                <w:color w:val="1F4E78"/>
                <w:sz w:val="19"/>
                <w:lang w:val="it-IT"/>
              </w:rPr>
              <w:t>8. N° Minimo Studenti e Docenti</w:t>
            </w:r>
          </w:p>
        </w:tc>
        <w:tc>
          <w:tcPr>
            <w:tcW w:w="2448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FFA58E2" w14:textId="0847D1B7" w:rsidR="00462A33" w:rsidRDefault="00A7051D">
            <w:pPr>
              <w:spacing w:after="0" w:line="264" w:lineRule="auto"/>
            </w:pPr>
            <w:r>
              <w:rPr>
                <w:sz w:val="19"/>
              </w:rPr>
              <w:t xml:space="preserve">30 </w:t>
            </w:r>
            <w:proofErr w:type="spellStart"/>
            <w:r>
              <w:rPr>
                <w:sz w:val="19"/>
              </w:rPr>
              <w:t>studenti</w:t>
            </w:r>
            <w:proofErr w:type="spellEnd"/>
            <w:r>
              <w:rPr>
                <w:sz w:val="19"/>
              </w:rPr>
              <w:br/>
              <w:t xml:space="preserve">+ 2 </w:t>
            </w:r>
            <w:proofErr w:type="spellStart"/>
            <w:r>
              <w:rPr>
                <w:sz w:val="19"/>
              </w:rPr>
              <w:t>docenti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gratuiti</w:t>
            </w:r>
            <w:proofErr w:type="spellEnd"/>
          </w:p>
        </w:tc>
        <w:tc>
          <w:tcPr>
            <w:tcW w:w="2520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2309CB0" w14:textId="567B827A" w:rsidR="00462A33" w:rsidRDefault="00A7051D">
            <w:pPr>
              <w:spacing w:after="0" w:line="264" w:lineRule="auto"/>
            </w:pPr>
            <w:r>
              <w:rPr>
                <w:sz w:val="19"/>
              </w:rPr>
              <w:t xml:space="preserve">20 </w:t>
            </w:r>
            <w:proofErr w:type="spellStart"/>
            <w:r>
              <w:rPr>
                <w:sz w:val="19"/>
              </w:rPr>
              <w:t>studenti</w:t>
            </w:r>
            <w:proofErr w:type="spellEnd"/>
            <w:r>
              <w:rPr>
                <w:sz w:val="19"/>
              </w:rPr>
              <w:br/>
              <w:t xml:space="preserve">+ 2 </w:t>
            </w:r>
            <w:proofErr w:type="spellStart"/>
            <w:r>
              <w:rPr>
                <w:sz w:val="19"/>
              </w:rPr>
              <w:t>docenti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accompagnatori</w:t>
            </w:r>
            <w:proofErr w:type="spellEnd"/>
          </w:p>
        </w:tc>
        <w:tc>
          <w:tcPr>
            <w:tcW w:w="2520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DF7C376" w14:textId="6A8C1ADF" w:rsidR="00462A33" w:rsidRDefault="00A7051D">
            <w:pPr>
              <w:spacing w:after="0" w:line="264" w:lineRule="auto"/>
            </w:pPr>
            <w:r>
              <w:rPr>
                <w:sz w:val="19"/>
              </w:rPr>
              <w:t xml:space="preserve">30 </w:t>
            </w:r>
            <w:proofErr w:type="spellStart"/>
            <w:r>
              <w:rPr>
                <w:sz w:val="19"/>
              </w:rPr>
              <w:t>studenti</w:t>
            </w:r>
            <w:proofErr w:type="spellEnd"/>
            <w:r>
              <w:rPr>
                <w:sz w:val="19"/>
              </w:rPr>
              <w:br/>
              <w:t xml:space="preserve">+ 2 </w:t>
            </w:r>
            <w:proofErr w:type="spellStart"/>
            <w:r>
              <w:rPr>
                <w:sz w:val="19"/>
              </w:rPr>
              <w:t>docenti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gratuiti</w:t>
            </w:r>
            <w:proofErr w:type="spellEnd"/>
          </w:p>
        </w:tc>
      </w:tr>
      <w:tr w:rsidR="00462A33" w14:paraId="37DFA84C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A9B8632" w14:textId="77777777" w:rsidR="00462A33" w:rsidRDefault="00A7051D">
            <w:pPr>
              <w:spacing w:after="0" w:line="264" w:lineRule="auto"/>
            </w:pPr>
            <w:r>
              <w:rPr>
                <w:b/>
                <w:color w:val="1F4E78"/>
                <w:sz w:val="19"/>
              </w:rPr>
              <w:t xml:space="preserve">9. </w:t>
            </w:r>
            <w:proofErr w:type="spellStart"/>
            <w:r>
              <w:rPr>
                <w:b/>
                <w:color w:val="1F4E78"/>
                <w:sz w:val="19"/>
              </w:rPr>
              <w:t>Costo</w:t>
            </w:r>
            <w:proofErr w:type="spellEnd"/>
            <w:r>
              <w:rPr>
                <w:b/>
                <w:color w:val="1F4E78"/>
                <w:sz w:val="19"/>
              </w:rPr>
              <w:t xml:space="preserve"> </w:t>
            </w:r>
            <w:proofErr w:type="spellStart"/>
            <w:r>
              <w:rPr>
                <w:b/>
                <w:color w:val="1F4E78"/>
                <w:sz w:val="19"/>
              </w:rPr>
              <w:t>Totale</w:t>
            </w:r>
            <w:proofErr w:type="spellEnd"/>
            <w:r>
              <w:rPr>
                <w:b/>
                <w:color w:val="1F4E78"/>
                <w:sz w:val="19"/>
              </w:rPr>
              <w:t xml:space="preserve"> per </w:t>
            </w:r>
            <w:proofErr w:type="spellStart"/>
            <w:r>
              <w:rPr>
                <w:b/>
                <w:color w:val="1F4E78"/>
                <w:sz w:val="19"/>
              </w:rPr>
              <w:t>Studente</w:t>
            </w:r>
            <w:proofErr w:type="spellEnd"/>
          </w:p>
        </w:tc>
        <w:tc>
          <w:tcPr>
            <w:tcW w:w="2448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B782BEA" w14:textId="05410012" w:rsidR="00462A33" w:rsidRPr="001C46B2" w:rsidRDefault="00A7051D">
            <w:pPr>
              <w:spacing w:after="0" w:line="264" w:lineRule="auto"/>
              <w:rPr>
                <w:lang w:val="it-IT"/>
              </w:rPr>
            </w:pPr>
            <w:r w:rsidRPr="001C46B2">
              <w:rPr>
                <w:b/>
                <w:sz w:val="19"/>
                <w:lang w:val="it-IT"/>
              </w:rPr>
              <w:t>€ 805,00</w:t>
            </w:r>
            <w:r w:rsidRPr="001C46B2">
              <w:rPr>
                <w:b/>
                <w:sz w:val="19"/>
                <w:lang w:val="it-IT"/>
              </w:rPr>
              <w:br/>
            </w:r>
          </w:p>
        </w:tc>
        <w:tc>
          <w:tcPr>
            <w:tcW w:w="252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C39A498" w14:textId="29AC5E26" w:rsidR="00462A33" w:rsidRPr="001C46B2" w:rsidRDefault="00A7051D">
            <w:pPr>
              <w:spacing w:after="0" w:line="264" w:lineRule="auto"/>
              <w:rPr>
                <w:lang w:val="it-IT"/>
              </w:rPr>
            </w:pPr>
            <w:r w:rsidRPr="001C46B2">
              <w:rPr>
                <w:b/>
                <w:sz w:val="19"/>
                <w:lang w:val="it-IT"/>
              </w:rPr>
              <w:t>€ 780,00 - € 980,00</w:t>
            </w:r>
            <w:r w:rsidRPr="001C46B2">
              <w:rPr>
                <w:b/>
                <w:sz w:val="19"/>
                <w:lang w:val="it-IT"/>
              </w:rPr>
              <w:br/>
            </w:r>
          </w:p>
        </w:tc>
        <w:tc>
          <w:tcPr>
            <w:tcW w:w="2520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A6C4D56" w14:textId="6F55C2ED" w:rsidR="00462A33" w:rsidRDefault="00A7051D">
            <w:pPr>
              <w:spacing w:after="0" w:line="264" w:lineRule="auto"/>
            </w:pPr>
            <w:r>
              <w:rPr>
                <w:b/>
                <w:sz w:val="19"/>
              </w:rPr>
              <w:t>€ 1.350,00 - € 1.</w:t>
            </w:r>
            <w:r w:rsidR="00B92B20">
              <w:rPr>
                <w:b/>
                <w:sz w:val="19"/>
              </w:rPr>
              <w:t>50</w:t>
            </w:r>
            <w:r>
              <w:rPr>
                <w:b/>
                <w:sz w:val="19"/>
              </w:rPr>
              <w:t>0,00</w:t>
            </w:r>
            <w:r>
              <w:rPr>
                <w:b/>
                <w:sz w:val="19"/>
              </w:rPr>
              <w:br/>
            </w:r>
          </w:p>
        </w:tc>
      </w:tr>
    </w:tbl>
    <w:p w14:paraId="0B2C4F31" w14:textId="77777777" w:rsidR="0037291F" w:rsidRPr="0037291F" w:rsidRDefault="0037291F">
      <w:pPr>
        <w:spacing w:after="160"/>
        <w:rPr>
          <w:lang w:val="it-IT"/>
        </w:rPr>
      </w:pPr>
    </w:p>
    <w:sectPr w:rsidR="0037291F" w:rsidRPr="0037291F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B0657" w14:textId="77777777" w:rsidR="00A7051D" w:rsidRDefault="00A7051D">
      <w:pPr>
        <w:spacing w:after="0" w:line="240" w:lineRule="auto"/>
      </w:pPr>
      <w:r>
        <w:separator/>
      </w:r>
    </w:p>
  </w:endnote>
  <w:endnote w:type="continuationSeparator" w:id="0">
    <w:p w14:paraId="50F9AD6F" w14:textId="77777777" w:rsidR="00A7051D" w:rsidRDefault="00A70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6A52F" w14:textId="77777777" w:rsidR="00462A33" w:rsidRPr="001C46B2" w:rsidRDefault="00A7051D">
    <w:pPr>
      <w:pStyle w:val="Pidipagina"/>
      <w:jc w:val="right"/>
      <w:rPr>
        <w:lang w:val="it-IT"/>
      </w:rPr>
    </w:pPr>
    <w:r w:rsidRPr="001C46B2">
      <w:rPr>
        <w:color w:val="787878"/>
        <w:sz w:val="17"/>
        <w:lang w:val="it-IT"/>
      </w:rPr>
      <w:t xml:space="preserve">Riepilogo Soggiorni Linguistici | Documento per la </w:t>
    </w:r>
    <w:r w:rsidRPr="001C46B2">
      <w:rPr>
        <w:color w:val="787878"/>
        <w:sz w:val="17"/>
        <w:lang w:val="it-IT"/>
      </w:rPr>
      <w:t>Dirigenza e le Famiglie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4BAAE" w14:textId="77777777" w:rsidR="00A7051D" w:rsidRDefault="00A7051D">
      <w:pPr>
        <w:spacing w:after="0" w:line="240" w:lineRule="auto"/>
      </w:pPr>
      <w:r>
        <w:separator/>
      </w:r>
    </w:p>
  </w:footnote>
  <w:footnote w:type="continuationSeparator" w:id="0">
    <w:p w14:paraId="7B2FF6E9" w14:textId="77777777" w:rsidR="00A7051D" w:rsidRDefault="00A705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49ED"/>
    <w:rsid w:val="0006063C"/>
    <w:rsid w:val="001334C1"/>
    <w:rsid w:val="0015074B"/>
    <w:rsid w:val="001600B7"/>
    <w:rsid w:val="00166189"/>
    <w:rsid w:val="001701E6"/>
    <w:rsid w:val="001C46B2"/>
    <w:rsid w:val="0029639D"/>
    <w:rsid w:val="00326F90"/>
    <w:rsid w:val="0037291F"/>
    <w:rsid w:val="00462A33"/>
    <w:rsid w:val="00530F39"/>
    <w:rsid w:val="005A01A7"/>
    <w:rsid w:val="006720BD"/>
    <w:rsid w:val="007B28FF"/>
    <w:rsid w:val="008240B9"/>
    <w:rsid w:val="00A7051D"/>
    <w:rsid w:val="00A749A8"/>
    <w:rsid w:val="00AA1D8D"/>
    <w:rsid w:val="00B47730"/>
    <w:rsid w:val="00B92B20"/>
    <w:rsid w:val="00BD6A3E"/>
    <w:rsid w:val="00C26096"/>
    <w:rsid w:val="00C737D1"/>
    <w:rsid w:val="00CB0664"/>
    <w:rsid w:val="00DE1C8A"/>
    <w:rsid w:val="00DF56D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1DA94E"/>
  <w14:defaultImageDpi w14:val="300"/>
  <w15:docId w15:val="{1E0DF5CB-A805-404B-A4EA-D7713A470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hAnsi="Calibri"/>
      <w:color w:val="28282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Emanuela Gutkowski</cp:lastModifiedBy>
  <cp:revision>14</cp:revision>
  <dcterms:created xsi:type="dcterms:W3CDTF">2026-10-06T19:46:00Z</dcterms:created>
  <dcterms:modified xsi:type="dcterms:W3CDTF">2026-10-08T08:41:00Z</dcterms:modified>
  <cp:category/>
</cp:coreProperties>
</file>